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AGRARIA DE RESTITUCIÓN DE PARCELAS EJIDALES</w:t>
      </w:r>
    </w:p>
    <w:p>
      <w:pPr>
        <w:keepLines/>
        <w:jc w:val="right"/>
      </w:pPr>
      <w:r>
        <w:t>[NOMBRE DEL ACTOR]</w:t>
        <w:br/>
        <w:t>VS.</w:t>
        <w:br/>
        <w:t>[NOMBRE DEL DEMANDADO]</w:t>
        <w:br/>
        <w:t>JUICIO AGRARIO</w:t>
        <w:br/>
        <w:t>EXPEDIENTE: POR ASIGNAR</w:t>
        <w:br/>
        <w:t>ASUNTO: DEMANDA INICIAL.</w:t>
      </w:r>
    </w:p>
    <w:p>
      <w:pPr>
        <w:keepNext/>
        <w:jc w:val="left"/>
      </w:pPr>
      <w:r>
        <w:rPr>
          <w:b/>
        </w:rPr>
        <w:t>C. MAGISTRADO DEL TRIBUNAL UNITARIO AGRARIO</w:t>
        <w:br/>
        <w:t>DEL DISTRITO [NÚMERO], CON SEDE EN [CIUDAD, ESTADO].</w:t>
        <w:br/>
        <w:t>P R E S E N T E.</w:t>
      </w:r>
    </w:p>
    <w:p>
      <w:pPr>
        <w:jc w:val="both"/>
      </w:pPr>
      <w:r>
        <w:t>[NOMBRE COMPLETO DEL ACTOR], por mi propio derecho, en mi carácter de titular de derechos parcelarios dentro del ejido denominado [NOMBRE DEL EJIDO], ubicado en el municipio de [MUNICIPIO], estado de [ESTADO], señalando como domicilio para oír y recibir notificaciones el ubicado en [DOMICILIO COMPLETO], y autorizando para recibirlas y recoger documentos a [NOMBRES DE LAS PERSONAS AUTORIZADAS], ante usted, con el debido respeto, comparezco para exponer:</w:t>
      </w:r>
    </w:p>
    <w:p>
      <w:pPr>
        <w:jc w:val="both"/>
      </w:pPr>
      <w:r>
        <w:t>Por medio del presente escrito promuevo juicio agrario, ejercitando acción de restitución de parcelas ejidales en contra de [NOMBRE COMPLETO DEL DEMANDADO], quien puede ser emplazado en [DOMICILIO COMPLETO Y REFERENCIAS PARA SU LOCALIZACIÓN], de quien reclamo las siguientes:</w:t>
      </w:r>
    </w:p>
    <w:p>
      <w:pPr>
        <w:pStyle w:val="Heading1"/>
        <w:keepNext/>
        <w:spacing w:before="200"/>
        <w:jc w:val="center"/>
      </w:pPr>
      <w:r>
        <w:rPr>
          <w:b/>
        </w:rPr>
        <w:t>I. PRESTACIONES</w:t>
      </w:r>
    </w:p>
    <w:p>
      <w:pPr>
        <w:jc w:val="both"/>
      </w:pPr>
      <w:r>
        <w:t>A. La declaración judicial de que el suscrito es titular de los derechos de uso y disfrute sobre las parcelas identificadas con los números [NÚMEROS], pertenecientes al ejido [NOMBRE DEL EJIDO], conforme a los documentos que se acompañan.</w:t>
      </w:r>
    </w:p>
    <w:p>
      <w:pPr>
        <w:jc w:val="both"/>
      </w:pPr>
      <w:r>
        <w:t>B. La restitución y entrega material de las parcelas mencionadas, o de las fracciones indebidamente ocupadas dentro de ellas, cuya ubicación, superficie y límites se precisan en esta demanda y en sus anexos.</w:t>
      </w:r>
    </w:p>
    <w:p>
      <w:pPr>
        <w:jc w:val="both"/>
      </w:pPr>
      <w:r>
        <w:t>C. La desocupación de las superficies reclamadas por la parte demandada y su entrega al suscrito, mediante la ejecución de la sentencia que resulte favorable.</w:t>
      </w:r>
    </w:p>
    <w:p>
      <w:pPr>
        <w:jc w:val="both"/>
      </w:pPr>
      <w:r>
        <w:t>D. Que la parte demandada se abstenga de impedir el ejercicio de los derechos parcelarios que se reconozcan al actor en la sentencia.</w:t>
      </w:r>
    </w:p>
    <w:p>
      <w:pPr>
        <w:pStyle w:val="Heading1"/>
        <w:keepNext/>
        <w:spacing w:before="200"/>
        <w:jc w:val="center"/>
      </w:pPr>
      <w:r>
        <w:rPr>
          <w:b/>
        </w:rPr>
        <w:t>II. HECHOS</w:t>
      </w:r>
    </w:p>
    <w:p>
      <w:pPr>
        <w:jc w:val="both"/>
      </w:pPr>
      <w:r>
        <w:rPr>
          <w:b/>
        </w:rPr>
        <w:t xml:space="preserve">PRIMERO. </w:t>
      </w:r>
      <w:r>
        <w:t>El suscrito es titular de derechos parcelarios dentro del ejido denominado [NOMBRE DEL EJIDO], ubicado en el municipio de [MUNICIPIO], estado de [ESTADO].</w:t>
      </w:r>
    </w:p>
    <w:p>
      <w:pPr>
        <w:jc w:val="both"/>
      </w:pPr>
      <w:r>
        <w:t>Lo anterior se acredita mediante [IDENTIFICAR CERTIFICADO PARCELARIO, RESOLUCIÓN O DOCUMENTO QUE ACREDITE LOS DERECHOS], expedido por [AUTORIDAD U ÓRGANO EMISOR], con fecha [FECHA] y número o folio [NÚMERO].</w:t>
      </w:r>
    </w:p>
    <w:p>
      <w:pPr>
        <w:jc w:val="both"/>
      </w:pPr>
      <w:r>
        <w:rPr>
          <w:b/>
        </w:rPr>
        <w:t xml:space="preserve">SEGUNDO. </w:t>
      </w:r>
      <w:r>
        <w:t>Las parcelas objeto de la presente demanda se identifican de la siguiente manera:</w:t>
      </w:r>
    </w:p>
    <w:p>
      <w:pPr>
        <w:keepLines/>
        <w:jc w:val="left"/>
      </w:pPr>
      <w:r>
        <w:t>PARCELA NÚMERO [NÚMERO].</w:t>
        <w:br/>
        <w:t>Certificado parcelario: [NÚMERO].</w:t>
        <w:br/>
        <w:t>Superficie: [HECTÁREAS, ÁREAS Y CENTIÁREAS].</w:t>
        <w:br/>
        <w:t>Ubicación: [LOCALIZACIÓN DENTRO DEL EJIDO].</w:t>
        <w:br/>
        <w:t>Medidas y colindancias:</w:t>
        <w:br/>
        <w:t>Al norte: [MEDIDA Y COLINDANTE].</w:t>
        <w:br/>
        <w:t>Al sur: [MEDIDA Y COLINDANTE].</w:t>
        <w:br/>
        <w:t>Al oriente: [MEDIDA Y COLINDANTE].</w:t>
        <w:br/>
        <w:t>Al poniente: [MEDIDA Y COLINDANTE].</w:t>
      </w:r>
    </w:p>
    <w:p>
      <w:pPr>
        <w:keepLines/>
        <w:jc w:val="left"/>
      </w:pPr>
      <w:r>
        <w:t>PARCELA NÚMERO [NÚMERO].</w:t>
        <w:br/>
        <w:t>Certificado parcelario: [NÚMERO].</w:t>
        <w:br/>
        <w:t>Superficie: [HECTÁREAS, ÁREAS Y CENTIÁREAS].</w:t>
        <w:br/>
        <w:t>Ubicación: [LOCALIZACIÓN DENTRO DEL EJIDO].</w:t>
        <w:br/>
        <w:t>Medidas y colindancias:</w:t>
        <w:br/>
        <w:t>Al norte: [MEDIDA Y COLINDANTE].</w:t>
        <w:br/>
        <w:t>Al sur: [MEDIDA Y COLINDANTE].</w:t>
        <w:br/>
        <w:t>Al oriente: [MEDIDA Y COLINDANTE].</w:t>
        <w:br/>
        <w:t>Al poniente: [MEDIDA Y COLINDANTE].</w:t>
      </w:r>
    </w:p>
    <w:p>
      <w:pPr>
        <w:jc w:val="both"/>
      </w:pPr>
      <w:r>
        <w:t>La descripción anterior corresponde a los documentos y planos que se acompañan.</w:t>
      </w:r>
    </w:p>
    <w:p>
      <w:pPr>
        <w:jc w:val="both"/>
      </w:pPr>
      <w:r>
        <w:t>[SI SE RECLAMAN ÚNICAMENTE FRACCIONES DE LAS PARCELAS, PRECISAR SU SUPERFICIE, MEDIDAS, COLINDANCIAS Y LOCALIZACIÓN EN EL PLANO.]</w:t>
      </w:r>
    </w:p>
    <w:p>
      <w:pPr>
        <w:jc w:val="both"/>
      </w:pPr>
      <w:r>
        <w:rPr>
          <w:b/>
        </w:rPr>
        <w:t xml:space="preserve">TERCERO. </w:t>
      </w:r>
      <w:r>
        <w:t>Adquirí los derechos sobre las parcelas mencionadas mediante [DESCRIBIR EL ACTO O RESOLUCIÓN QUE ORIGINÓ LOS DERECHOS], de fecha [FECHA], conforme a [IDENTIFICAR DOCUMENTO].</w:t>
      </w:r>
    </w:p>
    <w:p>
      <w:pPr>
        <w:jc w:val="both"/>
      </w:pPr>
      <w:r>
        <w:t>Desde [FECHA], ejercí su posesión y aprovechamiento mediante [DESCRIBIR CULTIVOS, ACTIVIDADES O ACTOS DE POSESIÓN], como se acreditará con las pruebas ofrecidas.</w:t>
      </w:r>
    </w:p>
    <w:p>
      <w:pPr>
        <w:jc w:val="both"/>
      </w:pPr>
      <w:r>
        <w:rPr>
          <w:b/>
        </w:rPr>
        <w:t xml:space="preserve">CUARTO. </w:t>
      </w:r>
      <w:r>
        <w:t>El día [FECHA], la parte demandada [DESCRIBIR CON PRECISIÓN LA FORMA EN QUE OCUPÓ LAS SUPERFICIES O PRIVÓ AL ACTOR DE SU POSESIÓN].</w:t>
      </w:r>
    </w:p>
    <w:p>
      <w:pPr>
        <w:jc w:val="both"/>
      </w:pPr>
      <w:r>
        <w:t>Los hechos ocurrieron en [LUGAR], en presencia de [NOMBRES DE TESTIGOS, SI LOS HAY].</w:t>
      </w:r>
    </w:p>
    <w:p>
      <w:pPr>
        <w:jc w:val="both"/>
      </w:pPr>
      <w:r>
        <w:rPr>
          <w:b/>
        </w:rPr>
        <w:t xml:space="preserve">QUINTO. </w:t>
      </w:r>
      <w:r>
        <w:t>Actualmente, la parte demandada ocupa [IDENTIFICAR LAS PARCELAS O FRACCIONES OCUPADAS], donde realiza [DESCRIBIR CULTIVOS, CONSTRUCCIONES, COLOCACIÓN DE CERCAS U OTRAS ACTIVIDADES].</w:t>
      </w:r>
    </w:p>
    <w:p>
      <w:pPr>
        <w:jc w:val="both"/>
      </w:pPr>
      <w:r>
        <w:t>Dicha ocupación me impide [DESCRIBIR EL IMPEDIMENTO PARA ACCEDER, CULTIVAR O APROVECHAR LAS SUPERFICIES].</w:t>
      </w:r>
    </w:p>
    <w:p>
      <w:pPr>
        <w:jc w:val="both"/>
      </w:pPr>
      <w:r>
        <w:rPr>
          <w:b/>
        </w:rPr>
        <w:t xml:space="preserve">SEXTO. </w:t>
      </w:r>
      <w:r>
        <w:t>No he autorizado la ocupación reclamada ni celebrado con la parte demandada un contrato vigente que justifique su permanencia en las superficies objeto de este juicio.</w:t>
      </w:r>
    </w:p>
    <w:p>
      <w:pPr>
        <w:jc w:val="both"/>
      </w:pPr>
      <w:r>
        <w:t>[SI EXISTIÓ CONTRATO O PERMISO, SUSTITUIR ESTE HECHO POR UNA EXPLICACIÓN DE SU CONTENIDO, VIGENCIA Y CAUSA DE TERMINACIÓN. REVISAR LA ACCIÓN QUE CORRESPONDA.]</w:t>
      </w:r>
    </w:p>
    <w:p>
      <w:pPr>
        <w:jc w:val="both"/>
      </w:pPr>
      <w:r>
        <w:rPr>
          <w:b/>
        </w:rPr>
        <w:t xml:space="preserve">SÉPTIMO. </w:t>
      </w:r>
      <w:r>
        <w:t>En fecha [FECHA], solicité a la parte demandada la devolución de las superficies mediante [DESCRIBIR REQUERIMIENTO O GESTIÓN, SI EXISTIÓ], obteniendo como respuesta [DESCRIBIR].</w:t>
      </w:r>
    </w:p>
    <w:p>
      <w:pPr>
        <w:jc w:val="both"/>
      </w:pPr>
      <w:r>
        <w:t>La ocupación continúa hasta la fecha de presentación de esta demanda, por lo que solicito la intervención de este Tribunal.</w:t>
      </w:r>
    </w:p>
    <w:p>
      <w:pPr>
        <w:pStyle w:val="Heading1"/>
        <w:keepNext/>
        <w:spacing w:before="200"/>
        <w:jc w:val="center"/>
      </w:pPr>
      <w:r>
        <w:rPr>
          <w:b/>
        </w:rPr>
        <w:t>III. DERECHO</w:t>
      </w:r>
    </w:p>
    <w:p>
      <w:pPr>
        <w:jc w:val="both"/>
      </w:pPr>
      <w:r>
        <w:t>Son aplicables los artículos 14, 16 y 76 de la Ley Agraria, respecto de los derechos parcelarios y su acreditación, así como los artículos 163, 164, 170, 185, 186, 187, 189 y 191 del mismo ordenamiento, en lo relativo a la tramitación, prueba, resolución y ejecución del juicio agrario.</w:t>
      </w:r>
    </w:p>
    <w:p>
      <w:pPr>
        <w:jc w:val="both"/>
      </w:pPr>
      <w:r>
        <w:t>La competencia de este Tribunal se sustenta en el artículo 18, fracción II, de la Ley Orgánica de los Tribunales Agrarios, por tratarse de una pretensión de restitución de tierras ejercitada por un titular de derechos ejidales respecto de superficies ubicadas dentro de su jurisdicción territorial.</w:t>
      </w:r>
    </w:p>
    <w:p>
      <w:pPr>
        <w:jc w:val="both"/>
      </w:pPr>
      <w:r>
        <w:t>La pretensión se apoya en los derechos del suscrito sobre las parcelas identificadas, la ocupación de las superficies reclamadas por la parte demandada y la ausencia de un derecho que justifique dicha ocupación.</w:t>
      </w:r>
    </w:p>
    <w:p>
      <w:pPr>
        <w:pStyle w:val="Heading1"/>
        <w:keepNext/>
        <w:spacing w:before="200"/>
        <w:jc w:val="center"/>
      </w:pPr>
      <w:r>
        <w:rPr>
          <w:b/>
        </w:rPr>
        <w:t>IV. PRUEBAS</w:t>
      </w:r>
    </w:p>
    <w:p>
      <w:pPr>
        <w:jc w:val="both"/>
      </w:pPr>
      <w:r>
        <w:t>1. DOCUMENTAL PÚBLICA. Consistente en [IDENTIFICAR CERTIFICADO PARCELARIO O DOCUMENTO PÚBLICO], expedido por [EMISOR], de fecha [FECHA], con número [NÚMERO].</w:t>
      </w:r>
    </w:p>
    <w:p>
      <w:pPr>
        <w:jc w:val="both"/>
      </w:pPr>
      <w:r>
        <w:t>Se relaciona con los hechos primero, segundo y tercero, y se ofrece para acreditar los derechos parcelarios invocados y la identificación documental de las parcelas.</w:t>
      </w:r>
    </w:p>
    <w:p>
      <w:pPr>
        <w:jc w:val="both"/>
      </w:pPr>
      <w:r>
        <w:t>2. DOCUMENTAL PÚBLICA. Consistente en [IDENTIFICAR PLANO CERTIFICADO O CONSTANCIA REGISTRAL], expedido por [AUTORIDAD].</w:t>
      </w:r>
    </w:p>
    <w:p>
      <w:pPr>
        <w:jc w:val="both"/>
      </w:pPr>
      <w:r>
        <w:t>Se relaciona con el hecho segundo y se ofrece para acreditar la ubicación, superficie y delimitación de las parcelas.</w:t>
      </w:r>
    </w:p>
    <w:p>
      <w:pPr>
        <w:jc w:val="both"/>
      </w:pPr>
      <w:r>
        <w:t>3. DOCUMENTAL [PÚBLICA O PRIVADA, SEGÚN CORRESPONDA]. Consistente en [IDENTIFICAR REQUERIMIENTOS, COMUNICACIONES U OTROS DOCUMENTOS].</w:t>
      </w:r>
    </w:p>
    <w:p>
      <w:pPr>
        <w:jc w:val="both"/>
      </w:pPr>
      <w:r>
        <w:t>Se relaciona con los hechos [INDICAR] y se ofrece para acreditar [PRECISAR EL HECHO].</w:t>
      </w:r>
    </w:p>
    <w:p>
      <w:pPr>
        <w:jc w:val="both"/>
      </w:pPr>
      <w:r>
        <w:t>4. TESTIMONIAL. A cargo de [NOMBRE DEL PRIMER TESTIGO], con domicilio en [DOMICILIO], y [NOMBRE DEL SEGUNDO TESTIGO], con domicilio en [DOMICILIO], a quienes me comprometo a presentar para su desahogo.</w:t>
      </w:r>
    </w:p>
    <w:p>
      <w:pPr>
        <w:jc w:val="both"/>
      </w:pPr>
      <w:r>
        <w:t>Se relaciona con los hechos [INDICAR], respecto de los cuales tienen conocimiento directo, particularmente sobre [PRECISAR LOS HECHOS QUE PRESENCIARON].</w:t>
      </w:r>
    </w:p>
    <w:p>
      <w:pPr>
        <w:jc w:val="both"/>
      </w:pPr>
      <w:r>
        <w:t>5. INSPECCIÓN JUDICIAL. Sobre las superficies reclamadas, ubicadas en [LOCALIZACIÓN Y REFERENCIAS], para hacer constar:</w:t>
      </w:r>
    </w:p>
    <w:p>
      <w:pPr>
        <w:keepLines/>
        <w:jc w:val="left"/>
      </w:pPr>
      <w:r>
        <w:t>a) Su ubicación y condiciones materiales.</w:t>
        <w:br/>
        <w:t>b) La existencia de cercas, cultivos, construcciones o instalaciones.</w:t>
        <w:br/>
        <w:t>c) Los signos materiales de ocupación.</w:t>
        <w:br/>
        <w:t>d) Los accesos y obstáculos existentes.</w:t>
      </w:r>
    </w:p>
    <w:p>
      <w:pPr>
        <w:jc w:val="both"/>
      </w:pPr>
      <w:r>
        <w:t>Se relaciona con los hechos segundo, cuarto y quinto.</w:t>
      </w:r>
    </w:p>
    <w:p>
      <w:pPr>
        <w:jc w:val="both"/>
      </w:pPr>
      <w:r>
        <w:t>6. PERICIAL EN TOPOGRAFÍA. A cargo de [NOMBRE DEL PERITO Y DATOS PROFESIONALES], con domicilio en [DOMICILIO], para determinar:</w:t>
      </w:r>
    </w:p>
    <w:p>
      <w:pPr>
        <w:keepLines/>
        <w:jc w:val="left"/>
      </w:pPr>
      <w:r>
        <w:t>a) La ubicación, superficie, medidas y colindancias de las parcelas.</w:t>
        <w:br/>
        <w:t>b) La correspondencia entre los documentos parcelarios y el terreno.</w:t>
        <w:br/>
        <w:t>c) La localización y extensión de las superficies ocupadas que se reclaman.</w:t>
        <w:br/>
        <w:t>d) Si las superficies reclamadas se encuentran comprendidas dentro de las parcelas sobre las que el actor acredita derechos.</w:t>
      </w:r>
    </w:p>
    <w:p>
      <w:pPr>
        <w:jc w:val="both"/>
      </w:pPr>
      <w:r>
        <w:t>Se relaciona con los hechos segundo y quinto. Se acompaña el cuestionario correspondiente.</w:t>
      </w:r>
    </w:p>
    <w:p>
      <w:pPr>
        <w:jc w:val="both"/>
      </w:pPr>
      <w:r>
        <w:t>7. FOTOGRAFÍAS. Consistentes en [IDENTIFICAR ARCHIVOS O IMPRESIONES], obtenidas el día [FECHA], por [PERSONA], en [LUGAR].</w:t>
      </w:r>
    </w:p>
    <w:p>
      <w:pPr>
        <w:jc w:val="both"/>
      </w:pPr>
      <w:r>
        <w:t>Se relacionan con los hechos [INDICAR] y se ofrecen para mostrar [PRECISAR LAS CONDICIONES MATERIALES QUE DOCUMENTAN].</w:t>
      </w:r>
    </w:p>
    <w:p>
      <w:pPr>
        <w:jc w:val="both"/>
      </w:pPr>
      <w:r>
        <w:t>8. INSTRUMENTAL DE ACTUACIONES. Consistente en las actuaciones del juicio, en cuanto favorezcan las pretensiones del suscrito.</w:t>
      </w:r>
    </w:p>
    <w:p>
      <w:pPr>
        <w:jc w:val="both"/>
      </w:pPr>
      <w:r>
        <w:t>9. PRESUNCIONAL LEGAL Y HUMANA. Consistente en las inferencias que resulten de los hechos acreditados, en cuanto favorezcan al actor.</w:t>
      </w:r>
    </w:p>
    <w:p>
      <w:pPr>
        <w:pStyle w:val="Heading1"/>
        <w:keepNext/>
        <w:spacing w:before="200"/>
        <w:jc w:val="center"/>
      </w:pPr>
      <w:r>
        <w:rPr>
          <w:b/>
        </w:rPr>
        <w:t>V. PUNTOS PETITORIOS</w:t>
      </w:r>
    </w:p>
    <w:p>
      <w:pPr>
        <w:jc w:val="both"/>
      </w:pPr>
      <w:r>
        <w:t>Por lo expuesto y fundado, a usted, C. Magistrado, atentamente solicito:</w:t>
      </w:r>
    </w:p>
    <w:p>
      <w:pPr>
        <w:jc w:val="both"/>
      </w:pPr>
      <w:r>
        <w:rPr>
          <w:b/>
        </w:rPr>
        <w:t xml:space="preserve">PRIMERO. </w:t>
      </w:r>
      <w:r>
        <w:t>Tenerme por presentado con este escrito y sus anexos, promoviendo juicio agrario en contra de la persona señalada.</w:t>
      </w:r>
    </w:p>
    <w:p>
      <w:pPr>
        <w:jc w:val="both"/>
      </w:pPr>
      <w:r>
        <w:rPr>
          <w:b/>
        </w:rPr>
        <w:t xml:space="preserve">SEGUNDO. </w:t>
      </w:r>
      <w:r>
        <w:t>Admitir la demanda y ordenar el emplazamiento de la parte demandada en el domicilio indicado.</w:t>
      </w:r>
    </w:p>
    <w:p>
      <w:pPr>
        <w:jc w:val="both"/>
      </w:pPr>
      <w:r>
        <w:rPr>
          <w:b/>
        </w:rPr>
        <w:t xml:space="preserve">TERCERO. </w:t>
      </w:r>
      <w:r>
        <w:t>Tener por señalado el domicilio para recibir notificaciones y por autorizadas a las personas mencionadas, con el alcance solicitado.</w:t>
      </w:r>
    </w:p>
    <w:p>
      <w:pPr>
        <w:jc w:val="both"/>
      </w:pPr>
      <w:r>
        <w:rPr>
          <w:b/>
        </w:rPr>
        <w:t xml:space="preserve">CUARTO. </w:t>
      </w:r>
      <w:r>
        <w:t>Señalar fecha y hora para la audiencia prevista en el artículo 185 de la Ley Agraria.</w:t>
      </w:r>
    </w:p>
    <w:p>
      <w:pPr>
        <w:jc w:val="both"/>
      </w:pPr>
      <w:r>
        <w:rPr>
          <w:b/>
        </w:rPr>
        <w:t xml:space="preserve">QUINTO. </w:t>
      </w:r>
      <w:r>
        <w:t>Tener por ofrecidas las pruebas y acordar su admisión y desahogo conforme a derecho.</w:t>
      </w:r>
    </w:p>
    <w:p>
      <w:pPr>
        <w:jc w:val="both"/>
      </w:pPr>
      <w:r>
        <w:rPr>
          <w:b/>
        </w:rPr>
        <w:t xml:space="preserve">SEXTO. </w:t>
      </w:r>
      <w:r>
        <w:t>Dictar sentencia en la que se declaren procedentes las prestaciones acreditadas y se condene a la parte demandada a restituir las superficies reclamadas.</w:t>
      </w:r>
    </w:p>
    <w:p>
      <w:pPr>
        <w:jc w:val="both"/>
      </w:pPr>
      <w:r>
        <w:rPr>
          <w:b/>
        </w:rPr>
        <w:t xml:space="preserve">SÉPTIMO. </w:t>
      </w:r>
      <w:r>
        <w:t>Ordenar, cuando resulte legalmente procedente, la ejecución de la sentencia y la entrega material de las superficies al suscrito.</w:t>
      </w:r>
    </w:p>
    <w:p>
      <w:pPr>
        <w:keepNext/>
        <w:jc w:val="center"/>
      </w:pPr>
      <w:r>
        <w:t>PROTESTO LO NECESARIO.</w:t>
      </w:r>
    </w:p>
    <w:p>
      <w:pPr>
        <w:keepNext/>
        <w:jc w:val="center"/>
      </w:pPr>
      <w:r>
        <w:t>[LUGAR], [DÍA] de [MES] de [AÑO].</w:t>
      </w:r>
    </w:p>
    <w:p>
      <w:pPr>
        <w:keepNext w:val="0"/>
        <w:keepLines/>
        <w:spacing w:before="360"/>
        <w:jc w:val="center"/>
      </w:pPr>
      <w:r>
        <w:t>________________________________</w:t>
        <w:br/>
        <w:t>[NOMBRE Y FIRMA DEL ACTOR]</w:t>
      </w:r>
    </w:p>
    <w:p>
      <w:pPr>
        <w:pStyle w:val="Heading1"/>
        <w:keepNext/>
        <w:spacing w:before="200"/>
        <w:jc w:val="center"/>
      </w:pPr>
      <w:r>
        <w:rPr>
          <w:b/>
        </w:rPr>
        <w:t>ANEXOS</w:t>
      </w:r>
    </w:p>
    <w:p>
      <w:pPr>
        <w:keepLines/>
        <w:jc w:val="left"/>
      </w:pPr>
      <w:r>
        <w:t>1. Documento que acredita los derechos parcelarios.</w:t>
        <w:br/>
        <w:t>2. Planos y documentos de identificación de las parcelas.</w:t>
        <w:br/>
        <w:t>3. Documentos relacionados con la ocupación reclamada.</w:t>
        <w:br/>
        <w:t>4. Fotografías ofrecidas como prueba.</w:t>
        <w:br/>
        <w:t>5. Cuestionario para la prueba pericial.</w:t>
        <w:br/>
        <w:t>6. Copias de la demanda y anexos para el traslado.</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agraria de restitución de parcelas ejidales</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